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5564" w14:textId="77777777" w:rsidR="00E51F0B" w:rsidRDefault="00000000">
      <w:pPr>
        <w:pStyle w:val="Heading1"/>
        <w:jc w:val="center"/>
      </w:pPr>
      <w:r>
        <w:t>Gradam Solais Moya Brennan</w:t>
      </w:r>
    </w:p>
    <w:p w14:paraId="766FA7E1" w14:textId="77777777" w:rsidR="00E51F0B" w:rsidRDefault="00000000">
      <w:pPr>
        <w:jc w:val="center"/>
      </w:pPr>
      <w:r>
        <w:rPr>
          <w:b/>
        </w:rPr>
        <w:t>Foirm Ainmniúcháin / Iarratais</w:t>
      </w:r>
      <w:r>
        <w:rPr>
          <w:b/>
        </w:rPr>
        <w:br/>
      </w:r>
      <w:r>
        <w:t>“Is fearr coinneal amháin a lasadh ná mallacht a chur ar an dorchadas.”</w:t>
      </w:r>
    </w:p>
    <w:p w14:paraId="348858AD" w14:textId="77777777" w:rsidR="00E51F0B" w:rsidRDefault="00000000">
      <w:pPr>
        <w:pStyle w:val="Heading2"/>
      </w:pPr>
      <w:r>
        <w:t>Cuid 1 – Sonraí an Ainmnitheora</w:t>
      </w:r>
    </w:p>
    <w:p w14:paraId="6DBEBB16" w14:textId="77777777" w:rsidR="00E51F0B" w:rsidRDefault="00000000">
      <w:r>
        <w:t>Ainm an Ainmnitheora: ________________________________________</w:t>
      </w:r>
    </w:p>
    <w:p w14:paraId="491C3DD1" w14:textId="77777777" w:rsidR="00E51F0B" w:rsidRDefault="00000000">
      <w:r>
        <w:t>Eagraíocht (más cuí): ________________________________________</w:t>
      </w:r>
    </w:p>
    <w:p w14:paraId="5B7C5A75" w14:textId="77777777" w:rsidR="00E51F0B" w:rsidRDefault="00000000">
      <w:r>
        <w:t>Seoladh: ________________________________________</w:t>
      </w:r>
    </w:p>
    <w:p w14:paraId="4CA72B0C" w14:textId="77777777" w:rsidR="00E51F0B" w:rsidRDefault="00000000">
      <w:r>
        <w:t>Uimhir Ghutháin: ________________________________________</w:t>
      </w:r>
    </w:p>
    <w:p w14:paraId="442B3E74" w14:textId="77777777" w:rsidR="00E51F0B" w:rsidRDefault="00000000">
      <w:r>
        <w:t>Ríomhphost: ________________________________________</w:t>
      </w:r>
    </w:p>
    <w:p w14:paraId="4A07D2D7" w14:textId="77777777" w:rsidR="00E51F0B" w:rsidRDefault="00000000">
      <w:pPr>
        <w:pStyle w:val="Heading2"/>
      </w:pPr>
      <w:r>
        <w:t>Cuid 2 – Sonraí an Té atá ag Ainmniú</w:t>
      </w:r>
    </w:p>
    <w:p w14:paraId="29304EC2" w14:textId="77777777" w:rsidR="00E51F0B" w:rsidRDefault="00000000">
      <w:r>
        <w:t>Ainm: ________________________________________</w:t>
      </w:r>
    </w:p>
    <w:p w14:paraId="3D4A3B59" w14:textId="77777777" w:rsidR="00E51F0B" w:rsidRDefault="00000000">
      <w:r>
        <w:t>Gaol leis an Ainmnitheoir: ________________________________________</w:t>
      </w:r>
    </w:p>
    <w:p w14:paraId="63D39B20" w14:textId="77777777" w:rsidR="00E51F0B" w:rsidRDefault="00000000">
      <w:r>
        <w:t>Uimhir Ghutháin: ________________________________________</w:t>
      </w:r>
    </w:p>
    <w:p w14:paraId="47F2F3A4" w14:textId="77777777" w:rsidR="00E51F0B" w:rsidRDefault="00000000">
      <w:r>
        <w:t>Ríomhphost: ________________________________________</w:t>
      </w:r>
    </w:p>
    <w:p w14:paraId="4E79AC53" w14:textId="77777777" w:rsidR="00E51F0B" w:rsidRDefault="00000000">
      <w:pPr>
        <w:pStyle w:val="Heading2"/>
      </w:pPr>
      <w:r>
        <w:t>Cuid 3 – Catagóir an Ghradaim</w:t>
      </w:r>
    </w:p>
    <w:p w14:paraId="2CD4CC83" w14:textId="77777777" w:rsidR="00E51F0B" w:rsidRDefault="00000000">
      <w:r>
        <w:t>☐ Ceol agus Ealaíona</w:t>
      </w:r>
    </w:p>
    <w:p w14:paraId="7AB687B1" w14:textId="77777777" w:rsidR="00E51F0B" w:rsidRDefault="00000000">
      <w:r>
        <w:t>☐ Seirbhís don Phobal</w:t>
      </w:r>
    </w:p>
    <w:p w14:paraId="478083CB" w14:textId="77777777" w:rsidR="00E51F0B" w:rsidRDefault="00000000">
      <w:r>
        <w:t>☐ Creideamh agus Spioradáltacht</w:t>
      </w:r>
    </w:p>
    <w:p w14:paraId="284CCB34" w14:textId="77777777" w:rsidR="00E51F0B" w:rsidRDefault="00000000">
      <w:r>
        <w:t>☐ Ceannaireacht Óige</w:t>
      </w:r>
    </w:p>
    <w:p w14:paraId="251C562B" w14:textId="77777777" w:rsidR="00E51F0B" w:rsidRDefault="00000000">
      <w:r>
        <w:t>☐ Gaeilge agus Cultúr</w:t>
      </w:r>
    </w:p>
    <w:p w14:paraId="4B228603" w14:textId="77777777" w:rsidR="00E51F0B" w:rsidRDefault="00000000">
      <w:r>
        <w:t>☐ Caomhnú an Chomhshaoil</w:t>
      </w:r>
    </w:p>
    <w:p w14:paraId="067C0B7E" w14:textId="77777777" w:rsidR="00E51F0B" w:rsidRDefault="00000000">
      <w:r>
        <w:t>☐ Gradam Saoil</w:t>
      </w:r>
    </w:p>
    <w:p w14:paraId="5FD1918D" w14:textId="77777777" w:rsidR="00E51F0B" w:rsidRDefault="00000000">
      <w:r>
        <w:t>☐ Eile: __________</w:t>
      </w:r>
    </w:p>
    <w:p w14:paraId="7E2239C0" w14:textId="77777777" w:rsidR="00C56651" w:rsidRDefault="00C56651">
      <w:pPr>
        <w:pStyle w:val="Heading2"/>
      </w:pPr>
    </w:p>
    <w:p w14:paraId="05C9B195" w14:textId="4D66DC67" w:rsidR="00E51F0B" w:rsidRDefault="00000000">
      <w:pPr>
        <w:pStyle w:val="Heading2"/>
      </w:pPr>
      <w:r>
        <w:t>Cuid 4 – Achoimre (100 focal ar a mhéad)</w:t>
      </w:r>
    </w:p>
    <w:p w14:paraId="25AE4F10" w14:textId="77777777" w:rsidR="00E51F0B" w:rsidRDefault="00000000">
      <w:r>
        <w:t>Cén fáth ar cheart an Gradam Solais Moya Brennan a bhronnadh ar an duine seo?</w:t>
      </w:r>
      <w:r>
        <w:br/>
      </w:r>
      <w:r>
        <w:br/>
        <w:t>__________________________________________________________</w:t>
      </w:r>
      <w:r>
        <w:br/>
        <w:t>__________________________________________________________</w:t>
      </w:r>
    </w:p>
    <w:p w14:paraId="2B1BD98D" w14:textId="77777777" w:rsidR="00E51F0B" w:rsidRDefault="00000000">
      <w:pPr>
        <w:pStyle w:val="Heading2"/>
      </w:pPr>
      <w:r>
        <w:t>Cuid 5 – Ráiteas Tacaíochta</w:t>
      </w:r>
    </w:p>
    <w:p w14:paraId="6675CDA9" w14:textId="77777777" w:rsidR="00E51F0B" w:rsidRDefault="00000000">
      <w:r>
        <w:t>Mínigh mar a thug an t-ainmnitheoir solas, dóchas agus misneach do dhaoine eile. Is féidir tagairt a dhéanamh do thrócaire, seirbhís don phobal, creideamh, ceol, cultúr, ceannaireacht, cruthaitheacht agus an tionchar buan a d'fhág siad.</w:t>
      </w:r>
      <w:r>
        <w:br/>
      </w:r>
      <w:r>
        <w:br/>
        <w:t>__________________________________________________________</w:t>
      </w:r>
      <w:r>
        <w:br/>
        <w:t>__________________________________________________________</w:t>
      </w:r>
      <w:r>
        <w:br/>
        <w:t>__________________________________________________________</w:t>
      </w:r>
    </w:p>
    <w:p w14:paraId="505FCB9F" w14:textId="77777777" w:rsidR="00E51F0B" w:rsidRDefault="00000000">
      <w:pPr>
        <w:pStyle w:val="Heading2"/>
      </w:pPr>
      <w:r>
        <w:t>Cuid 6 – Fianaise Tacaíochta</w:t>
      </w:r>
    </w:p>
    <w:p w14:paraId="06137CF0" w14:textId="77777777" w:rsidR="00E51F0B" w:rsidRDefault="00000000">
      <w:r>
        <w:t>☐ Litreacha Tacaíochta</w:t>
      </w:r>
    </w:p>
    <w:p w14:paraId="34ACC56D" w14:textId="77777777" w:rsidR="00E51F0B" w:rsidRDefault="00000000">
      <w:r>
        <w:t>☐ Grianghraif</w:t>
      </w:r>
    </w:p>
    <w:p w14:paraId="631EAFF3" w14:textId="77777777" w:rsidR="00E51F0B" w:rsidRDefault="00000000">
      <w:r>
        <w:t>☐ Ailt Nuachtáin</w:t>
      </w:r>
    </w:p>
    <w:p w14:paraId="2B50F6D0" w14:textId="77777777" w:rsidR="00E51F0B" w:rsidRDefault="00000000">
      <w:r>
        <w:t>☐ Foilseacháin</w:t>
      </w:r>
    </w:p>
    <w:p w14:paraId="5C1954DD" w14:textId="77777777" w:rsidR="00E51F0B" w:rsidRDefault="00000000">
      <w:r>
        <w:t>☐ Naisc Ghréasáin</w:t>
      </w:r>
    </w:p>
    <w:p w14:paraId="52D9912E" w14:textId="77777777" w:rsidR="00E51F0B" w:rsidRDefault="00000000">
      <w:r>
        <w:t>☐ Físeáin</w:t>
      </w:r>
    </w:p>
    <w:p w14:paraId="7FA364F4" w14:textId="77777777" w:rsidR="00E51F0B" w:rsidRDefault="00000000">
      <w:r>
        <w:t>☐ Eile</w:t>
      </w:r>
    </w:p>
    <w:p w14:paraId="3A64DD47" w14:textId="77777777" w:rsidR="00E51F0B" w:rsidRDefault="00000000">
      <w:pPr>
        <w:pStyle w:val="Heading2"/>
      </w:pPr>
      <w:r>
        <w:t>Cuid 7 – Moltóirí</w:t>
      </w:r>
    </w:p>
    <w:p w14:paraId="4A89B15A" w14:textId="77777777" w:rsidR="00E51F0B" w:rsidRDefault="00000000">
      <w:r>
        <w:t>Moltóir 1</w:t>
      </w:r>
      <w:r>
        <w:br/>
        <w:t>Ainm: ____________________</w:t>
      </w:r>
      <w:r>
        <w:br/>
        <w:t>Gaol: ____________________</w:t>
      </w:r>
      <w:r>
        <w:br/>
        <w:t>Uimhir Ghutháin: ____________________</w:t>
      </w:r>
      <w:r>
        <w:br/>
        <w:t>Ríomhphost: ____________________</w:t>
      </w:r>
    </w:p>
    <w:p w14:paraId="1F65AB41" w14:textId="77777777" w:rsidR="00E51F0B" w:rsidRDefault="00000000">
      <w:r>
        <w:t>Moltóir 2</w:t>
      </w:r>
      <w:r>
        <w:br/>
        <w:t>Ainm: ____________________</w:t>
      </w:r>
      <w:r>
        <w:br/>
        <w:t>Gaol: ____________________</w:t>
      </w:r>
      <w:r>
        <w:br/>
        <w:t>Uimhir Ghutháin: ____________________</w:t>
      </w:r>
      <w:r>
        <w:br/>
        <w:t>Ríomhphost: ____________________</w:t>
      </w:r>
    </w:p>
    <w:p w14:paraId="1A67A320" w14:textId="77777777" w:rsidR="00E51F0B" w:rsidRDefault="00000000">
      <w:pPr>
        <w:pStyle w:val="Heading2"/>
      </w:pPr>
      <w:r>
        <w:lastRenderedPageBreak/>
        <w:t>Cuid 8 – Dearbhú</w:t>
      </w:r>
    </w:p>
    <w:p w14:paraId="14E9B32E" w14:textId="77777777" w:rsidR="00E51F0B" w:rsidRDefault="00000000">
      <w:r>
        <w:t>Dearbhaím go bhfuil an t-eolas sa bhfoirm seo fíor agus cruinn chomh fada agus is eol dom.</w:t>
      </w:r>
      <w:r>
        <w:br/>
      </w:r>
      <w:r>
        <w:br/>
        <w:t>Ainm: ______________________</w:t>
      </w:r>
      <w:r>
        <w:br/>
        <w:t>Síniú: ______________________</w:t>
      </w:r>
      <w:r>
        <w:br/>
        <w:t>Dáta: _______________________</w:t>
      </w:r>
    </w:p>
    <w:sectPr w:rsidR="00E51F0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5048461">
    <w:abstractNumId w:val="8"/>
  </w:num>
  <w:num w:numId="2" w16cid:durableId="1869490369">
    <w:abstractNumId w:val="6"/>
  </w:num>
  <w:num w:numId="3" w16cid:durableId="1111818977">
    <w:abstractNumId w:val="5"/>
  </w:num>
  <w:num w:numId="4" w16cid:durableId="204027357">
    <w:abstractNumId w:val="4"/>
  </w:num>
  <w:num w:numId="5" w16cid:durableId="1551457489">
    <w:abstractNumId w:val="7"/>
  </w:num>
  <w:num w:numId="6" w16cid:durableId="1113087731">
    <w:abstractNumId w:val="3"/>
  </w:num>
  <w:num w:numId="7" w16cid:durableId="1767774197">
    <w:abstractNumId w:val="2"/>
  </w:num>
  <w:num w:numId="8" w16cid:durableId="1976569494">
    <w:abstractNumId w:val="1"/>
  </w:num>
  <w:num w:numId="9" w16cid:durableId="189681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B02E9"/>
    <w:rsid w:val="00C56651"/>
    <w:rsid w:val="00CB0664"/>
    <w:rsid w:val="00E51F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25A088"/>
  <w14:defaultImageDpi w14:val="300"/>
  <w15:docId w15:val="{B71B1717-CFED-4E02-8E9E-A6D14951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2026-08-04T09:01:00Z</dcterms:created>
  <dcterms:modified xsi:type="dcterms:W3CDTF">2026-08-04T09:01:00Z</dcterms:modified>
  <cp:category/>
</cp:coreProperties>
</file>