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939FE" w14:textId="77777777" w:rsidR="00940B2F" w:rsidRDefault="00CD58A5">
      <w:pPr>
        <w:pStyle w:val="Heading1"/>
        <w:jc w:val="center"/>
      </w:pPr>
      <w:r>
        <w:t>Moya Brennan Light Award</w:t>
      </w:r>
    </w:p>
    <w:p w14:paraId="7BF29A63" w14:textId="77777777" w:rsidR="00940B2F" w:rsidRDefault="00CD58A5">
      <w:pPr>
        <w:jc w:val="center"/>
      </w:pPr>
      <w:r>
        <w:rPr>
          <w:b/>
        </w:rPr>
        <w:t>Nomination / Application Form</w:t>
      </w:r>
      <w:r>
        <w:rPr>
          <w:b/>
        </w:rPr>
        <w:br/>
      </w:r>
      <w:r>
        <w:t>"Better to light one candle than to curse the darkness."</w:t>
      </w:r>
    </w:p>
    <w:p w14:paraId="2519D55B" w14:textId="77777777" w:rsidR="00940B2F" w:rsidRDefault="00CD58A5">
      <w:pPr>
        <w:pStyle w:val="Heading2"/>
      </w:pPr>
      <w:r>
        <w:t>Section 1 – Nominee Details</w:t>
      </w:r>
    </w:p>
    <w:p w14:paraId="6B1AD49B" w14:textId="65BA58EC" w:rsidR="00940B2F" w:rsidRDefault="00CD58A5">
      <w:r>
        <w:t>Name of Nominee: _______________________________________</w:t>
      </w:r>
      <w:r w:rsidR="00202495">
        <w:t>_______</w:t>
      </w:r>
      <w:r>
        <w:t>_</w:t>
      </w:r>
    </w:p>
    <w:p w14:paraId="7F5B2242" w14:textId="32D5E42D" w:rsidR="00940B2F" w:rsidRDefault="00202495">
      <w:proofErr w:type="spellStart"/>
      <w:r>
        <w:t>Organisation</w:t>
      </w:r>
      <w:proofErr w:type="spellEnd"/>
      <w:r w:rsidR="00CD58A5">
        <w:t xml:space="preserve"> (if applicable): __________________________________________</w:t>
      </w:r>
      <w:r>
        <w:t>_____</w:t>
      </w:r>
    </w:p>
    <w:p w14:paraId="663E4A2A" w14:textId="77C8690E" w:rsidR="00940B2F" w:rsidRDefault="00CD58A5">
      <w:r>
        <w:t>Address: ________________________________________</w:t>
      </w:r>
    </w:p>
    <w:p w14:paraId="7EB027C3" w14:textId="48921332" w:rsidR="00940B2F" w:rsidRDefault="00CD58A5">
      <w:r>
        <w:t>Telephone: ______________________________________</w:t>
      </w:r>
    </w:p>
    <w:p w14:paraId="46F2635E" w14:textId="77777777" w:rsidR="00940B2F" w:rsidRDefault="00CD58A5">
      <w:r>
        <w:t>Email: __________________________________________</w:t>
      </w:r>
    </w:p>
    <w:p w14:paraId="5BDAECFB" w14:textId="77777777" w:rsidR="00940B2F" w:rsidRDefault="00CD58A5">
      <w:pPr>
        <w:pStyle w:val="Heading2"/>
      </w:pPr>
      <w:r>
        <w:t>Section 2 – Nominator Details</w:t>
      </w:r>
    </w:p>
    <w:p w14:paraId="78C23F3C" w14:textId="77777777" w:rsidR="00940B2F" w:rsidRDefault="00CD58A5">
      <w:r>
        <w:t>Name: __________________________________________</w:t>
      </w:r>
    </w:p>
    <w:p w14:paraId="4F00C9C5" w14:textId="78CE0089" w:rsidR="00940B2F" w:rsidRDefault="00CD58A5">
      <w:r>
        <w:t>Relationship to Nominee: __________________________________________</w:t>
      </w:r>
      <w:r w:rsidR="00202495">
        <w:t>______</w:t>
      </w:r>
    </w:p>
    <w:p w14:paraId="6C4976D6" w14:textId="58108A8B" w:rsidR="00940B2F" w:rsidRDefault="00CD58A5">
      <w:r>
        <w:t>Telephone: ______________________________________</w:t>
      </w:r>
    </w:p>
    <w:p w14:paraId="5960DBA3" w14:textId="77777777" w:rsidR="00940B2F" w:rsidRDefault="00CD58A5">
      <w:r>
        <w:t>Email: __________________________________________</w:t>
      </w:r>
    </w:p>
    <w:p w14:paraId="73D6EBA1" w14:textId="77777777" w:rsidR="00940B2F" w:rsidRDefault="00CD58A5">
      <w:pPr>
        <w:pStyle w:val="Heading2"/>
      </w:pPr>
      <w:r>
        <w:t>Section 3 – Award Category</w:t>
      </w:r>
    </w:p>
    <w:p w14:paraId="171A8384" w14:textId="77777777" w:rsidR="00940B2F" w:rsidRDefault="00CD58A5">
      <w:r>
        <w:t>☐ Music &amp; Arts</w:t>
      </w:r>
    </w:p>
    <w:p w14:paraId="6F341486" w14:textId="77777777" w:rsidR="00940B2F" w:rsidRDefault="00CD58A5">
      <w:r>
        <w:t>☐ Community Service</w:t>
      </w:r>
    </w:p>
    <w:p w14:paraId="3C045403" w14:textId="77777777" w:rsidR="00940B2F" w:rsidRDefault="00CD58A5">
      <w:r>
        <w:t>☐ Faith &amp; Spirituality</w:t>
      </w:r>
    </w:p>
    <w:p w14:paraId="0D17D055" w14:textId="77777777" w:rsidR="00940B2F" w:rsidRDefault="00CD58A5">
      <w:r>
        <w:t>☐ Youth Leadership</w:t>
      </w:r>
    </w:p>
    <w:p w14:paraId="65A00D2A" w14:textId="77777777" w:rsidR="00940B2F" w:rsidRDefault="00CD58A5">
      <w:r>
        <w:lastRenderedPageBreak/>
        <w:t>☐ Irish Language &amp; Culture</w:t>
      </w:r>
    </w:p>
    <w:p w14:paraId="4825FE9E" w14:textId="77777777" w:rsidR="00940B2F" w:rsidRDefault="00CD58A5">
      <w:r>
        <w:t>☐ Environmental Stewardship</w:t>
      </w:r>
    </w:p>
    <w:p w14:paraId="74A5BEA0" w14:textId="77777777" w:rsidR="00940B2F" w:rsidRDefault="00CD58A5">
      <w:r>
        <w:t>☐ Lifetime Achievement</w:t>
      </w:r>
    </w:p>
    <w:p w14:paraId="158EE80E" w14:textId="77777777" w:rsidR="00940B2F" w:rsidRDefault="00CD58A5">
      <w:r>
        <w:t>☐ Other: ____________</w:t>
      </w:r>
    </w:p>
    <w:p w14:paraId="2669122A" w14:textId="77777777" w:rsidR="00940B2F" w:rsidRDefault="00CD58A5">
      <w:pPr>
        <w:pStyle w:val="Heading2"/>
      </w:pPr>
      <w:r>
        <w:t>Section 4 – Citation (100 words maximum)</w:t>
      </w:r>
    </w:p>
    <w:p w14:paraId="27EAAE20" w14:textId="6954FBAE" w:rsidR="00940B2F" w:rsidRDefault="00CD58A5">
      <w:r>
        <w:t>Why does this nominee deserve the Moya Brennan Light Award?</w:t>
      </w:r>
      <w:r>
        <w:br/>
      </w:r>
      <w:r>
        <w:br/>
        <w:t>____________________________________________________</w:t>
      </w:r>
      <w:r>
        <w:br/>
        <w:t>____________________________________________________</w:t>
      </w:r>
      <w:r>
        <w:br/>
        <w:t>____________________________________________________</w:t>
      </w:r>
    </w:p>
    <w:p w14:paraId="7126C56F" w14:textId="77777777" w:rsidR="00940B2F" w:rsidRDefault="00CD58A5">
      <w:pPr>
        <w:pStyle w:val="Heading2"/>
      </w:pPr>
      <w:r>
        <w:t>Section 5 – Supporting Statement (Maximum 1,000 words)</w:t>
      </w:r>
    </w:p>
    <w:p w14:paraId="77711BEC" w14:textId="522DEF69" w:rsidR="00940B2F" w:rsidRDefault="00CD58A5">
      <w:r>
        <w:t>Describe how the nominee has brought light into the lives of others. You may wish to include examples of compassion, community service, faith, culture, music, leadership, creativity, inspiration, and lasting impact.</w:t>
      </w:r>
      <w:r>
        <w:br/>
      </w:r>
      <w:r>
        <w:br/>
        <w:t>____________________________________________________</w:t>
      </w:r>
      <w:r>
        <w:br/>
        <w:t>____________________________________________________</w:t>
      </w:r>
      <w:r>
        <w:br/>
        <w:t>____________________________________________________</w:t>
      </w:r>
      <w:r>
        <w:br/>
        <w:t>____________________________________________________</w:t>
      </w:r>
    </w:p>
    <w:p w14:paraId="49491C74" w14:textId="77777777" w:rsidR="00940B2F" w:rsidRDefault="00CD58A5">
      <w:pPr>
        <w:pStyle w:val="Heading2"/>
      </w:pPr>
      <w:r>
        <w:t>Section 6 – Supporting Evidence</w:t>
      </w:r>
    </w:p>
    <w:p w14:paraId="14D56164" w14:textId="77777777" w:rsidR="00940B2F" w:rsidRDefault="00CD58A5">
      <w:r>
        <w:t>☐ Letters of Support</w:t>
      </w:r>
    </w:p>
    <w:p w14:paraId="5905E53C" w14:textId="77777777" w:rsidR="00940B2F" w:rsidRDefault="00CD58A5">
      <w:r>
        <w:t>☐ Photographs</w:t>
      </w:r>
    </w:p>
    <w:p w14:paraId="52381992" w14:textId="77777777" w:rsidR="00940B2F" w:rsidRDefault="00CD58A5">
      <w:r>
        <w:t>☐ Newspaper Articles</w:t>
      </w:r>
    </w:p>
    <w:p w14:paraId="4D39C9A9" w14:textId="77777777" w:rsidR="00940B2F" w:rsidRDefault="00CD58A5">
      <w:r>
        <w:lastRenderedPageBreak/>
        <w:t>☐ Publications</w:t>
      </w:r>
    </w:p>
    <w:p w14:paraId="3CFA2725" w14:textId="77777777" w:rsidR="00940B2F" w:rsidRDefault="00CD58A5">
      <w:r>
        <w:t>☐ Website Links</w:t>
      </w:r>
    </w:p>
    <w:p w14:paraId="63BC8C9B" w14:textId="77777777" w:rsidR="00940B2F" w:rsidRDefault="00CD58A5">
      <w:r>
        <w:t>☐ Videos</w:t>
      </w:r>
    </w:p>
    <w:p w14:paraId="536B122A" w14:textId="77777777" w:rsidR="00940B2F" w:rsidRDefault="00CD58A5">
      <w:r>
        <w:t>☐ Other</w:t>
      </w:r>
    </w:p>
    <w:p w14:paraId="4DA4B8C3" w14:textId="77777777" w:rsidR="00940B2F" w:rsidRDefault="00CD58A5">
      <w:pPr>
        <w:pStyle w:val="Heading2"/>
      </w:pPr>
      <w:r>
        <w:t>Section 7 – Referees</w:t>
      </w:r>
    </w:p>
    <w:p w14:paraId="4350F312" w14:textId="3498CC64" w:rsidR="00940B2F" w:rsidRDefault="00CD58A5">
      <w:r>
        <w:t>Referee 1</w:t>
      </w:r>
      <w:r>
        <w:br/>
        <w:t>Name: ______________________</w:t>
      </w:r>
      <w:r w:rsidR="00202495">
        <w:t>_____</w:t>
      </w:r>
      <w:r>
        <w:br/>
        <w:t>Relationship: ______________________</w:t>
      </w:r>
      <w:r>
        <w:br/>
        <w:t>Telephone: _____________________</w:t>
      </w:r>
      <w:r w:rsidR="00202495">
        <w:t>_</w:t>
      </w:r>
      <w:r>
        <w:t>_</w:t>
      </w:r>
      <w:r>
        <w:br/>
        <w:t>Email: _____________________</w:t>
      </w:r>
      <w:r w:rsidR="00202495">
        <w:t>_____</w:t>
      </w:r>
      <w:r>
        <w:t>_</w:t>
      </w:r>
    </w:p>
    <w:p w14:paraId="1389D867" w14:textId="76FE57B8" w:rsidR="00940B2F" w:rsidRDefault="00CD58A5">
      <w:r>
        <w:t>Referee 2</w:t>
      </w:r>
      <w:r>
        <w:br/>
        <w:t>Name: ______________________</w:t>
      </w:r>
      <w:r w:rsidR="00202495">
        <w:t>_____</w:t>
      </w:r>
      <w:r>
        <w:br/>
        <w:t>Relationship: ______________________</w:t>
      </w:r>
      <w:r>
        <w:br/>
        <w:t>Telephone: ____________________</w:t>
      </w:r>
      <w:r w:rsidR="00202495">
        <w:t>_</w:t>
      </w:r>
      <w:r>
        <w:t>__</w:t>
      </w:r>
      <w:r>
        <w:br/>
        <w:t>Email: ____________________</w:t>
      </w:r>
      <w:r w:rsidR="00202495">
        <w:t>_______</w:t>
      </w:r>
    </w:p>
    <w:p w14:paraId="2A3F993F" w14:textId="77777777" w:rsidR="00940B2F" w:rsidRDefault="00CD58A5">
      <w:pPr>
        <w:pStyle w:val="Heading2"/>
      </w:pPr>
      <w:r>
        <w:t>Section 8 – Declaration</w:t>
      </w:r>
    </w:p>
    <w:p w14:paraId="64E6D7B5" w14:textId="16782A61" w:rsidR="00940B2F" w:rsidRDefault="00CD58A5">
      <w:r>
        <w:t>I confirm that the information contained in this nomination is true and accurate to the best of my knowledge.</w:t>
      </w:r>
      <w:r>
        <w:br/>
      </w:r>
      <w:r>
        <w:br/>
        <w:t>Name: ____________________________</w:t>
      </w:r>
      <w:r>
        <w:br/>
        <w:t>Signature: ________________________</w:t>
      </w:r>
      <w:r w:rsidR="00202495">
        <w:t>_</w:t>
      </w:r>
      <w:r>
        <w:br/>
        <w:t>Date: _____________________________</w:t>
      </w:r>
    </w:p>
    <w:p w14:paraId="06EE2215" w14:textId="77777777" w:rsidR="00940B2F" w:rsidRDefault="00CD58A5">
      <w:pPr>
        <w:pStyle w:val="Heading2"/>
      </w:pPr>
      <w:r>
        <w:t>Judging Criteria</w:t>
      </w:r>
    </w:p>
    <w:tbl>
      <w:tblPr>
        <w:tblW w:w="0" w:type="auto"/>
        <w:tblLook w:val="04A0" w:firstRow="1" w:lastRow="0" w:firstColumn="1" w:lastColumn="0" w:noHBand="0" w:noVBand="1"/>
      </w:tblPr>
      <w:tblGrid>
        <w:gridCol w:w="2888"/>
        <w:gridCol w:w="2888"/>
      </w:tblGrid>
      <w:tr w:rsidR="00940B2F" w14:paraId="63DAC724" w14:textId="77777777">
        <w:tc>
          <w:tcPr>
            <w:tcW w:w="2888" w:type="dxa"/>
          </w:tcPr>
          <w:p w14:paraId="789E459C" w14:textId="77777777" w:rsidR="00940B2F" w:rsidRDefault="00CD58A5">
            <w:r>
              <w:t>Criterion</w:t>
            </w:r>
          </w:p>
        </w:tc>
        <w:tc>
          <w:tcPr>
            <w:tcW w:w="2888" w:type="dxa"/>
          </w:tcPr>
          <w:p w14:paraId="6AE16489" w14:textId="77777777" w:rsidR="00940B2F" w:rsidRDefault="00CD58A5">
            <w:r>
              <w:t>Weighting</w:t>
            </w:r>
          </w:p>
        </w:tc>
      </w:tr>
      <w:tr w:rsidR="00940B2F" w14:paraId="18F060FD" w14:textId="77777777">
        <w:tc>
          <w:tcPr>
            <w:tcW w:w="2888" w:type="dxa"/>
          </w:tcPr>
          <w:p w14:paraId="5B169528" w14:textId="77777777" w:rsidR="00940B2F" w:rsidRDefault="00CD58A5">
            <w:r>
              <w:t>Positive impact on people and community</w:t>
            </w:r>
          </w:p>
        </w:tc>
        <w:tc>
          <w:tcPr>
            <w:tcW w:w="2888" w:type="dxa"/>
          </w:tcPr>
          <w:p w14:paraId="0C64FAA6" w14:textId="77777777" w:rsidR="00940B2F" w:rsidRDefault="00CD58A5">
            <w:r>
              <w:t>30%</w:t>
            </w:r>
          </w:p>
        </w:tc>
      </w:tr>
      <w:tr w:rsidR="00940B2F" w14:paraId="13276B88" w14:textId="77777777">
        <w:tc>
          <w:tcPr>
            <w:tcW w:w="2888" w:type="dxa"/>
          </w:tcPr>
          <w:p w14:paraId="58C5839B" w14:textId="77777777" w:rsidR="00940B2F" w:rsidRDefault="00CD58A5">
            <w:r>
              <w:lastRenderedPageBreak/>
              <w:t>Embodiment of hope, compassion and light</w:t>
            </w:r>
          </w:p>
        </w:tc>
        <w:tc>
          <w:tcPr>
            <w:tcW w:w="2888" w:type="dxa"/>
          </w:tcPr>
          <w:p w14:paraId="2C56A5E7" w14:textId="77777777" w:rsidR="00940B2F" w:rsidRDefault="00CD58A5">
            <w:r>
              <w:t>25%</w:t>
            </w:r>
          </w:p>
        </w:tc>
      </w:tr>
      <w:tr w:rsidR="00940B2F" w14:paraId="69B76EE4" w14:textId="77777777">
        <w:tc>
          <w:tcPr>
            <w:tcW w:w="2888" w:type="dxa"/>
          </w:tcPr>
          <w:p w14:paraId="6A55075C" w14:textId="77777777" w:rsidR="00940B2F" w:rsidRDefault="00CD58A5">
            <w:r>
              <w:t>Leadership and inspiration</w:t>
            </w:r>
          </w:p>
        </w:tc>
        <w:tc>
          <w:tcPr>
            <w:tcW w:w="2888" w:type="dxa"/>
          </w:tcPr>
          <w:p w14:paraId="5B085526" w14:textId="77777777" w:rsidR="00940B2F" w:rsidRDefault="00CD58A5">
            <w:r>
              <w:t>20%</w:t>
            </w:r>
          </w:p>
        </w:tc>
      </w:tr>
      <w:tr w:rsidR="00940B2F" w14:paraId="5E93A8E7" w14:textId="77777777">
        <w:tc>
          <w:tcPr>
            <w:tcW w:w="2888" w:type="dxa"/>
          </w:tcPr>
          <w:p w14:paraId="3D2603BC" w14:textId="77777777" w:rsidR="00940B2F" w:rsidRDefault="00CD58A5">
            <w:r>
              <w:t>Contribution to Irish culture, faith or music</w:t>
            </w:r>
          </w:p>
        </w:tc>
        <w:tc>
          <w:tcPr>
            <w:tcW w:w="2888" w:type="dxa"/>
          </w:tcPr>
          <w:p w14:paraId="766A1424" w14:textId="77777777" w:rsidR="00940B2F" w:rsidRDefault="00CD58A5">
            <w:r>
              <w:t>15%</w:t>
            </w:r>
          </w:p>
        </w:tc>
      </w:tr>
      <w:tr w:rsidR="00940B2F" w14:paraId="3DB70CC6" w14:textId="77777777">
        <w:tc>
          <w:tcPr>
            <w:tcW w:w="2888" w:type="dxa"/>
          </w:tcPr>
          <w:p w14:paraId="61C3A19F" w14:textId="77777777" w:rsidR="00940B2F" w:rsidRDefault="00CD58A5">
            <w:r>
              <w:t>Legacy and sustainability</w:t>
            </w:r>
          </w:p>
        </w:tc>
        <w:tc>
          <w:tcPr>
            <w:tcW w:w="2888" w:type="dxa"/>
          </w:tcPr>
          <w:p w14:paraId="291C4CB2" w14:textId="77777777" w:rsidR="00940B2F" w:rsidRDefault="00CD58A5">
            <w:r>
              <w:t>10%</w:t>
            </w:r>
          </w:p>
        </w:tc>
      </w:tr>
    </w:tbl>
    <w:p w14:paraId="3271E60A" w14:textId="77777777" w:rsidR="00940B2F" w:rsidRDefault="00940B2F"/>
    <w:p w14:paraId="5692ECDE" w14:textId="77777777" w:rsidR="00940B2F" w:rsidRDefault="00CD58A5">
      <w:pPr>
        <w:jc w:val="center"/>
      </w:pPr>
      <w:r>
        <w:rPr>
          <w:i/>
        </w:rPr>
        <w:t>“May your light so shine before others that they may see your good works and give glory to your Father in heaven.”</w:t>
      </w:r>
      <w:r>
        <w:rPr>
          <w:i/>
        </w:rPr>
        <w:br/>
      </w:r>
      <w:r>
        <w:t>Matthew 5:16</w:t>
      </w:r>
    </w:p>
    <w:sectPr w:rsidR="00940B2F" w:rsidSect="00034616">
      <w:pgSz w:w="9377" w:h="13255"/>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87710786">
    <w:abstractNumId w:val="8"/>
  </w:num>
  <w:num w:numId="2" w16cid:durableId="396362538">
    <w:abstractNumId w:val="6"/>
  </w:num>
  <w:num w:numId="3" w16cid:durableId="1204564029">
    <w:abstractNumId w:val="5"/>
  </w:num>
  <w:num w:numId="4" w16cid:durableId="2124224165">
    <w:abstractNumId w:val="4"/>
  </w:num>
  <w:num w:numId="5" w16cid:durableId="29039807">
    <w:abstractNumId w:val="7"/>
  </w:num>
  <w:num w:numId="6" w16cid:durableId="1247946">
    <w:abstractNumId w:val="3"/>
  </w:num>
  <w:num w:numId="7" w16cid:durableId="1109861155">
    <w:abstractNumId w:val="2"/>
  </w:num>
  <w:num w:numId="8" w16cid:durableId="736589499">
    <w:abstractNumId w:val="1"/>
  </w:num>
  <w:num w:numId="9" w16cid:durableId="39524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15074B"/>
    <w:rsid w:val="00202495"/>
    <w:rsid w:val="0029639D"/>
    <w:rsid w:val="00326F90"/>
    <w:rsid w:val="00940B2F"/>
    <w:rsid w:val="00A21044"/>
    <w:rsid w:val="00AA1D8D"/>
    <w:rsid w:val="00B47730"/>
    <w:rsid w:val="00CB0664"/>
    <w:rsid w:val="00CD2DB1"/>
    <w:rsid w:val="00CD58A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418A0D"/>
  <w14:defaultImageDpi w14:val="300"/>
  <w15:docId w15:val="{61153C7D-8DB2-44CF-BF21-31938A05C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3C1BC-A679-4A81-893C-E34DC54D4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404</Words>
  <Characters>2305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2</cp:revision>
  <dcterms:created xsi:type="dcterms:W3CDTF">2026-08-04T09:06:00Z</dcterms:created>
  <dcterms:modified xsi:type="dcterms:W3CDTF">2026-08-04T09:06:00Z</dcterms:modified>
  <cp:category/>
</cp:coreProperties>
</file>